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הפכים ונרדפות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בעברית מתוך מילון 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מילים הפכיות למילים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(עָצוּב)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(קָטָן)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(קַר)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(סָגוּר)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(רֵיק)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(לְאַט)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חָדָשׁ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קַל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קָצָר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קָרוֹב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חַלָּשׁ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נָמוּךְ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אחת מתארת מים והשנייה חוסר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הפכים ולא 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אותו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מילים נרדפות באותה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מתארות כמות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יום הוא זמן האור ולילה זמן החושך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מלוכלך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מילים נרדפות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אוכל-מזון, מהיר-זריז, מכונית-רכב, קצת-מעט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זוג הפכים נכון, כותב שני משפטים פשוטים שמראים את ההבדל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 נכונים כמו חם-קר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נכונות כמו אוכל-מזון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התמונות מהדף בזמן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רם לפני התרגול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להוסיף ניקוד למילים הקשות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הפכים ונרדפות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תרגלו מילים בסיסיות מתוך מילון התמונות לעולים, כולל זוגות של הפכים כמו שמח-עצוב וגדול-קטן, וגם זוגות של מילים נרדפות כמו אוכל-מזון.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שָׂמֵחַ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קָטָן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גָּדוֹל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עָצוּב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חַם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לְאַט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פָּתוּחַ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קַר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מָלֵא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סָגוּר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מַהֵר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רֵיק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המילה ההפוכה ל-יָשָׁן?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חָדָשׁ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גָּדוֹל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קָטָן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מָהִיר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המילה ההפוכה ל-כָּבֵד?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אָרוֹךְ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רָטוֹב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חָזָק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המילה ההפוכה ל-אָרוֹךְ?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קָצָר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גָּבוֹהַ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נָמוּךְ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יָבֵשׁ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המילה ההפוכה ל-רָחוֹק?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קָרוֹב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חָזָק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חַלָּשׁ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יָבֵשׁ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המילה ההפוכה ל-חָזָק?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חַלָּשׁ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גָּבוֹהַ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נָמוּךְ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רֵיק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המילה ההפוכה ל-גָּבוֹהַ?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נָמוּךְ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קָצָר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יָבֵשׁ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רֵיק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רָטוֹב הפוכה למילה יָבֵשׁ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אוֹר וְחוֹשֶׁךְ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מְכוֹנִית וְרֶכֶב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אוֹכֶל וּמָזוֹן הן מילים הפוכות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קְצָת וּמְעַט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יוֹם הפוכה למילה לַיְלָה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הציור של הפיל מתאר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הציור של הנמלה מתאר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הציור של השמש מתאר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הציור של פתית השלג מתאר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נקי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מהר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מילים נרדפות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זוגות של מילים נרדפות שמופיעות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זוג מילים הפכות מהדף (למשל גדול-קטן) וכתבו משפט קצר לכל מילה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אחד של מילים הפכות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אחד של 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ההפוכה למילה פתוח?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תמונות לעולים – הפכים ונרדפות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