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הפכים ונרדפות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בסיסיות בעברית מתוך מילון התמונות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זוגות של מילים הפכיות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מילים הפכיות למילים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התאימו 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(עָצוּב)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(קָטָן)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(קַר)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(סָגוּר)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(רֵיק)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(לְאַט)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בחרו את ההפך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חָדָשׁ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קַל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קָצָר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קָרוֹב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חַלָּשׁ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נָמוּךְ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אחת מתארת מים והשנייה חוסר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הן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שתיהן מתארות אותו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מילים נרדפות באותה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מתארות כמות קטנה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יום הוא זמן האור ולילה זמן החושך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מלוכלך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מילים נרדפות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אוכל-מזון, מהיר-זריז, מכונית-רכב, קצת-מעט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זוג הפכים נכון, כותב שני משפטים פשוטים שמראים את ההבדל במשמעות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הפכים נכונים כמו חם-קר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נרדפות נכונות כמו אוכל-מזון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סגור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מהדף בזמן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המילים בקול רם לפני התרגול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אפשר להוסיף ניקוד למילים הקשות ביותר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תמונות לעולים – הפכים ונרדפות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פשוטות. חלק מהמילים הן הפוכות זו לזו, וחלק הן אותו דבר במילה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הֶפֶךְ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שמשמעותה בדיוק ההפך, למשל חם וקר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נִרְדָּפוֹת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שיש להן אותה משמעות בערך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מִילוֹן תְּמוּנוֹת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מילון שבו כל מילה מופיעה עם תמונה שמסבירה אותה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תִּרְגּוּם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המילה בשפה 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קָטָן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גדול, בגודל קטן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מָלֵא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כשיש הרבה בתוך משהו, הפוך מריק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מָהִיר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שעושה דברים בזריזות, בלי להתעכב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התאימו 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שָׂמֵחַ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קָטָן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גָּדוֹל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לְאַט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חַם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עָצוּב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פָּתוּחַ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רֵיק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מָלֵא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סָגוּר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מַהֵר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קַר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בחרו את ההפך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הפוך ל-ישן?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חָדָשׁ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גָּדוֹל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קָטָן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מָהִיר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הפוך ל-כבד?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קַל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אָרוֹךְ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רָטוֹב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חָזָק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הפוך ל-ארוך?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קָצָר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גָּבוֹהַ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נָמוּךְ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יָבֵשׁ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הפוך ל-רחוק?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קָרוֹב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חָזָק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חַלָּשׁ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יָבֵשׁ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הפוך ל-חזק?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חַלָּשׁ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גָּבוֹהַ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נָמוּךְ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רֵיק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הפוך ל-גבוה?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נָמוּךְ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קָצָר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יָבֵשׁ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רֵיק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רָטוֹב הפוכה למילה יָבֵשׁ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אוֹר וְחוֹשֶׁךְ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מְכוֹנִית וְרֶכֶב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אוֹכֶל וּמָזוֹן הן מילים הפוכות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קְצָת וּמְעַט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יוֹם הפוכה למילה לַיְלָה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הציור של הפיל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הציור של הנמלה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הציור של השמש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הציור של פתית השלג מתאר את המילה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ההפך של נקי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ההפך של מהר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מילים נרדפות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זוגות של מילים נרדפות שמופיעות בדף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זוג מילים הפכות מהדף (למשל גדול-קטן) וכתבו משפט קצר לכל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אחד של מילים הפכות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אחד של מילים נרדפות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המילה ההפוכה למילה פתוח?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תמונות לעולים – הפכים ונרדפות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