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מילון תמונות לעולים – הפכים ונרדפות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בסיסיות בעברית מתוך מילון התמונות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זוגות של מילים הפכיות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להבדיל בין מילים הפכיות למילים נרדפות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התאימו 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(עָצוּב)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(קָטָן)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(קַר)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(סָגוּר)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בחרו את ההפך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חָדָשׁ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קַל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קָצָר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אחת מתארת מים והשנייה חוסר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הן הפכים ולא מילים דומות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שתיהן מתארות אותו דבר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מילים נרדפות מהדף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אוכל-מזון, מהיר-זריז, מכונית-רכב, קצת-מעט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בוחר זוג הפכים נכון, כותב שני משפטים פשוטים שמראים את ההבדל במשמעות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הפכים נכונים כמו חם-קר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נרדפות נכונות כמו אוכל-מזון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התשובה: סגור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התמונות מהדף בזמן התרגול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המילים בקול רם לפני התרגול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אפשר להוסיף ניקוד למילים הקשות ביותר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מילון תמונות לעולים – הפכים ונרדפות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תרגלו מילים בסיסיות מתוך מילון התמונות לעולים, כולל זוגות של הפכים כמו שמח-עצוב וגדול-קטן, וגם זוגות של מילים נרדפות כמו אוכל-מזון.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גדול  ·  חם  ·  קטן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התאימו 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שָׂמֵחַ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קַר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גָּדוֹל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סָגוּר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חַם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קָטָן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פָּתוּחַ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עָצוּב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בחרו את ההפך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המילה ההפוכה ל-יָשָׁן?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חָדָשׁ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גָּדוֹל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קָטָן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המילה ההפוכה ל-כָּבֵד?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קַל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אָרוֹךְ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רָטוֹב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מהי המילה ההפוכה ל-אָרוֹךְ?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קָצָר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גָּבוֹהַ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נָמוּךְ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רָטוֹב הפוכה למילה יָבֵשׁ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המילים אוֹר וְחוֹשֶׁךְ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המילים מְכוֹנִית וְרֶכֶב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הציור של הפיל מתאר את המילה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הציור של הנמלה מתאר את המילה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הציור של השמש מתאר את המילה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מילים נרדפות מהדף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שלושה זוגות של מילים נרדפות שמופיעות בדף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זוג מילים הפכות מהדף (למשל גדול-קטן) וכתבו משפט קצר לכל מילה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זוג אחד של מילים הפכות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זוג אחד של מילים נרדפות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מילון תמונות לעולים – הפכים ונרדפות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